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Ciudad de México, 6 de abril de 2026</w:t>
      </w:r>
    </w:p>
    <w:p/>
    <w:p>
      <w:r>
        <w:t>[Nombre de la empresa]</w:t>
      </w:r>
    </w:p>
    <w:p/>
    <w:p>
      <w:r>
        <w:t xml:space="preserve">Atn: [Nombre del jefe o encargado]  </w:t>
      </w:r>
    </w:p>
    <w:p>
      <w:r>
        <w:t>[Cargo]</w:t>
      </w:r>
    </w:p>
    <w:p/>
    <w:p>
      <w:r>
        <w:t>Estimado/a [Nombre]:</w:t>
      </w:r>
    </w:p>
    <w:p/>
    <w:p>
      <w:r>
        <w:t>Por medio de la presente, me permito solicitar el disfrute de mis vacaciones correspondientes al periodo laboral vigente.</w:t>
      </w:r>
    </w:p>
    <w:p/>
    <w:p>
      <w:r>
        <w:t>Deseo tomar mis días de descanso del [fecha de inicio] al [fecha de fin], lo que corresponde a un total de [número de días] días.</w:t>
      </w:r>
    </w:p>
    <w:p/>
    <w:p>
      <w:r>
        <w:t>Durante mi ausencia, dejaré mis actividades al corriente y, en caso necesario, [nombre del compañero] podrá dar seguimiento a los pendientes.</w:t>
      </w:r>
    </w:p>
    <w:p/>
    <w:p>
      <w:r>
        <w:t>Agradezco de antemano su atención y quedo a la espera de su aprobación.</w:t>
      </w:r>
    </w:p>
    <w:p/>
    <w:p>
      <w:r>
        <w:t xml:space="preserve">Atentamente,  </w:t>
      </w:r>
    </w:p>
    <w:p>
      <w:r>
        <w:t xml:space="preserve">[Tu nombre completo]  </w:t>
      </w:r>
    </w:p>
    <w:p>
      <w:r>
        <w:t>[Tu puesto]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